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7B76F" w14:textId="77777777" w:rsidR="00A569DC" w:rsidRDefault="00B2086B">
      <w:pPr>
        <w:jc w:val="center"/>
      </w:pPr>
      <w:r>
        <w:rPr>
          <w:b/>
          <w:sz w:val="36"/>
        </w:rPr>
        <w:t>2W PRODUCTIONS LLC</w:t>
      </w:r>
    </w:p>
    <w:p w14:paraId="5EC522FF" w14:textId="77777777" w:rsidR="00A569DC" w:rsidRDefault="00B2086B">
      <w:pPr>
        <w:jc w:val="center"/>
      </w:pPr>
      <w:r>
        <w:rPr>
          <w:b/>
          <w:sz w:val="28"/>
        </w:rPr>
        <w:t>PRIVACY POLICY</w:t>
      </w:r>
    </w:p>
    <w:p w14:paraId="4BDC6C46" w14:textId="77777777" w:rsidR="00A569DC" w:rsidRDefault="00B2086B">
      <w:pPr>
        <w:jc w:val="center"/>
      </w:pPr>
      <w:r>
        <w:rPr>
          <w:i/>
        </w:rPr>
        <w:t>https://www.2w-productions-llc.org</w:t>
      </w:r>
    </w:p>
    <w:p w14:paraId="623298E3" w14:textId="77777777" w:rsidR="00A569DC" w:rsidRDefault="00B2086B">
      <w:r>
        <w:rPr>
          <w:b/>
          <w:sz w:val="22"/>
        </w:rPr>
        <w:t>Effective Date</w:t>
      </w:r>
    </w:p>
    <w:p w14:paraId="4A20260A" w14:textId="77777777" w:rsidR="00A569DC" w:rsidRDefault="00B2086B">
      <w:pPr>
        <w:spacing w:after="80"/>
      </w:pPr>
      <w:r>
        <w:t>____________________</w:t>
      </w:r>
    </w:p>
    <w:p w14:paraId="4E6024D9" w14:textId="77777777" w:rsidR="00A569DC" w:rsidRDefault="00B2086B">
      <w:r>
        <w:rPr>
          <w:b/>
          <w:sz w:val="22"/>
        </w:rPr>
        <w:t>Overview</w:t>
      </w:r>
    </w:p>
    <w:p w14:paraId="59728327" w14:textId="77777777" w:rsidR="00A569DC" w:rsidRDefault="00B2086B">
      <w:pPr>
        <w:spacing w:after="80"/>
      </w:pPr>
      <w:r>
        <w:t>2W Productions LLC respects the privacy of visitors, customers, school partners, clients, and other users of https://www.2w-productions-llc.org. This policy explains the categories of information we may collect, how we use it, and how you can contact us.</w:t>
      </w:r>
    </w:p>
    <w:p w14:paraId="191E65B5" w14:textId="77777777" w:rsidR="00A569DC" w:rsidRDefault="00B2086B">
      <w:r>
        <w:rPr>
          <w:b/>
          <w:sz w:val="22"/>
        </w:rPr>
        <w:t>Information We May Collect</w:t>
      </w:r>
    </w:p>
    <w:p w14:paraId="3E3091DE" w14:textId="77777777" w:rsidR="00A569DC" w:rsidRDefault="00B2086B">
      <w:pPr>
        <w:spacing w:after="80"/>
      </w:pPr>
      <w:r>
        <w:t>Depending on how you interact with us, we may collect your name, email address, phone number, mailing or billing address, organization or school information, order or transaction details, and communications you send to us.</w:t>
      </w:r>
    </w:p>
    <w:p w14:paraId="6858C591" w14:textId="77777777" w:rsidR="00A569DC" w:rsidRDefault="00B2086B">
      <w:r>
        <w:rPr>
          <w:b/>
          <w:sz w:val="22"/>
        </w:rPr>
        <w:t>Payment Information</w:t>
      </w:r>
    </w:p>
    <w:p w14:paraId="30A0364D" w14:textId="77777777" w:rsidR="00A569DC" w:rsidRDefault="00B2086B">
      <w:pPr>
        <w:spacing w:after="80"/>
      </w:pPr>
      <w:r>
        <w:t>Payments may be processed by a third-party payment processor. 2W Productions LLC does not intend to store full payment-card numbers on its website. Payment information is handled through the payment provider according to its security and privacy practices.</w:t>
      </w:r>
    </w:p>
    <w:p w14:paraId="0D4FEDA9" w14:textId="77777777" w:rsidR="00A569DC" w:rsidRDefault="00B2086B">
      <w:r>
        <w:rPr>
          <w:b/>
          <w:sz w:val="22"/>
        </w:rPr>
        <w:t>How We Use Information</w:t>
      </w:r>
    </w:p>
    <w:p w14:paraId="4E5D1D06" w14:textId="77777777" w:rsidR="00A569DC" w:rsidRDefault="00B2086B">
      <w:pPr>
        <w:spacing w:after="80"/>
      </w:pPr>
      <w:r>
        <w:t>We may use information to process purchases and bookings, communicate about orders or services, provide customer support, deliver products or services, maintain business records, improve the website, prevent fraud or misuse, and comply with legal or contractual obligations.</w:t>
      </w:r>
    </w:p>
    <w:p w14:paraId="652F4499" w14:textId="77777777" w:rsidR="00A569DC" w:rsidRDefault="00B2086B">
      <w:r>
        <w:rPr>
          <w:b/>
          <w:sz w:val="22"/>
        </w:rPr>
        <w:t>Sharing</w:t>
      </w:r>
    </w:p>
    <w:p w14:paraId="61677E1E" w14:textId="77777777" w:rsidR="00A569DC" w:rsidRDefault="00B2086B">
      <w:pPr>
        <w:spacing w:after="80"/>
      </w:pPr>
      <w:r>
        <w:t>We may share information with service providers that help us operate the website, process payments, deliver orders, provide technology services, or support business operations. We may also disclose information when reasonably necessary to comply with law or protect rights and security.</w:t>
      </w:r>
    </w:p>
    <w:p w14:paraId="5A5E2B40" w14:textId="77777777" w:rsidR="00A569DC" w:rsidRDefault="00B2086B">
      <w:r>
        <w:rPr>
          <w:b/>
          <w:sz w:val="22"/>
        </w:rPr>
        <w:t>Cookies &amp; Analytics</w:t>
      </w:r>
    </w:p>
    <w:p w14:paraId="69AE14BB" w14:textId="77777777" w:rsidR="00A569DC" w:rsidRDefault="00B2086B">
      <w:pPr>
        <w:spacing w:after="80"/>
      </w:pPr>
      <w:r>
        <w:t>The website may use cookies, analytics, or similar technologies depending on the tools installed by the website provider. The website owner should update this section to identify the actual services used.</w:t>
      </w:r>
    </w:p>
    <w:p w14:paraId="565E4C02" w14:textId="77777777" w:rsidR="00A569DC" w:rsidRDefault="00B2086B">
      <w:r>
        <w:rPr>
          <w:b/>
          <w:sz w:val="22"/>
        </w:rPr>
        <w:t>Children</w:t>
      </w:r>
    </w:p>
    <w:p w14:paraId="7A96CF26" w14:textId="77777777" w:rsidR="00A569DC" w:rsidRDefault="00B2086B">
      <w:pPr>
        <w:spacing w:after="80"/>
      </w:pPr>
      <w:r>
        <w:t>The website is not intended to knowingly collect personal information directly from children in circumstances where parental consent or other legal requirements apply.</w:t>
      </w:r>
    </w:p>
    <w:p w14:paraId="0695F0A0" w14:textId="77777777" w:rsidR="00A569DC" w:rsidRDefault="00B2086B">
      <w:r>
        <w:rPr>
          <w:b/>
          <w:sz w:val="22"/>
        </w:rPr>
        <w:t>Security &amp; Retention</w:t>
      </w:r>
    </w:p>
    <w:p w14:paraId="413CDB81" w14:textId="77777777" w:rsidR="00A569DC" w:rsidRDefault="00B2086B">
      <w:pPr>
        <w:spacing w:after="80"/>
      </w:pPr>
      <w:r>
        <w:t>We use reasonable safeguards appropriate to the information we handle. No internet system can be guaranteed completely secure. Information may be retained as reasonably necessary for business, contractual, accounting, legal, or security purposes.</w:t>
      </w:r>
    </w:p>
    <w:p w14:paraId="56BDB23D" w14:textId="77777777" w:rsidR="00A569DC" w:rsidRDefault="00B2086B">
      <w:r>
        <w:rPr>
          <w:b/>
          <w:sz w:val="22"/>
        </w:rPr>
        <w:t>Third-Party Links</w:t>
      </w:r>
    </w:p>
    <w:p w14:paraId="466BA7D9" w14:textId="77777777" w:rsidR="00A569DC" w:rsidRDefault="00B2086B">
      <w:pPr>
        <w:spacing w:after="80"/>
      </w:pPr>
      <w:r>
        <w:lastRenderedPageBreak/>
        <w:t>Third-party websites linked from our site may have their own privacy practices. Review their policies before providing information.</w:t>
      </w:r>
    </w:p>
    <w:p w14:paraId="2B1319EF" w14:textId="77777777" w:rsidR="00A569DC" w:rsidRDefault="00B2086B">
      <w:r>
        <w:rPr>
          <w:b/>
          <w:sz w:val="22"/>
        </w:rPr>
        <w:t>Contact</w:t>
      </w:r>
    </w:p>
    <w:p w14:paraId="16D6A118" w14:textId="77777777" w:rsidR="00A569DC" w:rsidRDefault="00B2086B">
      <w:pPr>
        <w:spacing w:after="80"/>
      </w:pPr>
      <w:r>
        <w:t>919-225-0306 | 2wproductions2010@gmail.com | https://www.2w-productions-llc.org</w:t>
      </w:r>
    </w:p>
    <w:p w14:paraId="42EEE332" w14:textId="77777777" w:rsidR="00A569DC" w:rsidRDefault="00B2086B">
      <w:r>
        <w:rPr>
          <w:i/>
          <w:sz w:val="16"/>
        </w:rPr>
        <w:t>Notice: Drafted from the website/payment requirements shown in the supplied screenshots. This is not legal advice. Review the final policies for your actual products, payment processor, website tools, and applicable law before publication.</w:t>
      </w:r>
    </w:p>
    <w:sectPr w:rsidR="00A569DC" w:rsidSect="00034616">
      <w:pgSz w:w="12240" w:h="15840"/>
      <w:pgMar w:top="864" w:right="1008" w:bottom="864"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012946736">
    <w:abstractNumId w:val="8"/>
  </w:num>
  <w:num w:numId="2" w16cid:durableId="1905331084">
    <w:abstractNumId w:val="6"/>
  </w:num>
  <w:num w:numId="3" w16cid:durableId="188564563">
    <w:abstractNumId w:val="5"/>
  </w:num>
  <w:num w:numId="4" w16cid:durableId="1429426029">
    <w:abstractNumId w:val="4"/>
  </w:num>
  <w:num w:numId="5" w16cid:durableId="179123702">
    <w:abstractNumId w:val="7"/>
  </w:num>
  <w:num w:numId="6" w16cid:durableId="1029456910">
    <w:abstractNumId w:val="3"/>
  </w:num>
  <w:num w:numId="7" w16cid:durableId="194662243">
    <w:abstractNumId w:val="2"/>
  </w:num>
  <w:num w:numId="8" w16cid:durableId="1154300252">
    <w:abstractNumId w:val="1"/>
  </w:num>
  <w:num w:numId="9" w16cid:durableId="9721024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8E3D99"/>
    <w:rsid w:val="00A569DC"/>
    <w:rsid w:val="00AA1D8D"/>
    <w:rsid w:val="00B2086B"/>
    <w:rsid w:val="00B47730"/>
    <w:rsid w:val="00CB0664"/>
    <w:rsid w:val="00F82BD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B9475393-501B-49AA-96CA-405CEB888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hAnsi="Aptos"/>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393</Words>
  <Characters>2244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2632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Brigette Ways</cp:lastModifiedBy>
  <cp:revision>2</cp:revision>
  <dcterms:created xsi:type="dcterms:W3CDTF">2026-08-22T21:11:00Z</dcterms:created>
  <dcterms:modified xsi:type="dcterms:W3CDTF">2026-08-22T21:11:00Z</dcterms:modified>
  <cp:category/>
</cp:coreProperties>
</file>